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2304"/>
      </w:tblGrid>
      <w:tr w:rsidR="00A0179C" w14:paraId="77EB7DD7" w14:textId="77777777">
        <w:trPr>
          <w:jc w:val="center"/>
        </w:trPr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32506CA" w14:textId="77777777" w:rsidR="00A0179C" w:rsidRDefault="003A38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B61EAC" wp14:editId="48C383A0">
                  <wp:extent cx="2194560" cy="5371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53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E82437B" w14:textId="77777777" w:rsidR="00A0179C" w:rsidRDefault="003A38A4">
            <w:pPr>
              <w:jc w:val="right"/>
            </w:pPr>
            <w:r>
              <w:rPr>
                <w:color w:val="444444"/>
                <w:sz w:val="15"/>
              </w:rPr>
              <w:t>Pour une copie</w:t>
            </w:r>
            <w:r>
              <w:rPr>
                <w:color w:val="444444"/>
                <w:sz w:val="15"/>
              </w:rPr>
              <w:br/>
              <w:t>électronique,</w:t>
            </w:r>
            <w:r>
              <w:rPr>
                <w:color w:val="444444"/>
                <w:sz w:val="15"/>
              </w:rPr>
              <w:br/>
              <w:t>scannez ici</w:t>
            </w:r>
          </w:p>
          <w:p w14:paraId="4663A631" w14:textId="77777777" w:rsidR="00A0179C" w:rsidRDefault="003A38A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F9D747C" wp14:editId="268A66FB">
                  <wp:extent cx="777240" cy="7772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78B5B" w14:textId="77777777" w:rsidR="00A0179C" w:rsidRDefault="00A0179C">
      <w:pPr>
        <w:spacing w:after="40"/>
      </w:pPr>
    </w:p>
    <w:p w14:paraId="73B9EB69" w14:textId="77777777" w:rsidR="00A0179C" w:rsidRDefault="003A38A4">
      <w:pPr>
        <w:spacing w:after="120"/>
        <w:jc w:val="center"/>
      </w:pPr>
      <w:r>
        <w:rPr>
          <w:b/>
          <w:color w:val="421C5E"/>
          <w:sz w:val="32"/>
        </w:rPr>
        <w:t>Bénévolat et emploi des jeunes</w:t>
      </w:r>
    </w:p>
    <w:p w14:paraId="3E8914AE" w14:textId="77777777" w:rsidR="00A0179C" w:rsidRDefault="003A38A4">
      <w:pPr>
        <w:spacing w:before="160" w:after="80"/>
      </w:pPr>
      <w:r>
        <w:rPr>
          <w:b/>
          <w:color w:val="421C5E"/>
          <w:sz w:val="24"/>
        </w:rPr>
        <w:t>Définitions :</w:t>
      </w:r>
    </w:p>
    <w:p w14:paraId="2BEB22AA" w14:textId="77777777" w:rsidR="00A0179C" w:rsidRDefault="003A38A4">
      <w:pPr>
        <w:spacing w:after="120"/>
      </w:pPr>
      <w:r>
        <w:t>Bénévolat : l'acte d'aider les autres sans être payé.</w:t>
      </w:r>
    </w:p>
    <w:p w14:paraId="769DAA39" w14:textId="77777777" w:rsidR="00A0179C" w:rsidRDefault="003A38A4">
      <w:pPr>
        <w:spacing w:after="120"/>
      </w:pPr>
      <w:r>
        <w:t>Emploi : avoir un travail où l'on travaille et où l'on est payé.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A0179C" w14:paraId="00923201" w14:textId="77777777">
        <w:trPr>
          <w:jc w:val="center"/>
        </w:trPr>
        <w:tc>
          <w:tcPr>
            <w:tcW w:w="10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9983E14" w14:textId="77777777" w:rsidR="00A0179C" w:rsidRDefault="003A38A4">
            <w:r>
              <w:rPr>
                <w:b/>
                <w:color w:val="000000"/>
              </w:rPr>
              <w:t>Organismes pouvant offrir des occasions de bénévolat ou d'emploi</w:t>
            </w:r>
          </w:p>
        </w:tc>
      </w:tr>
    </w:tbl>
    <w:p w14:paraId="0394EE57" w14:textId="77777777" w:rsidR="00A0179C" w:rsidRDefault="00A0179C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A0179C" w14:paraId="60766AC3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8825E6" w14:textId="77777777" w:rsidR="00A0179C" w:rsidRDefault="003A38A4">
            <w:r>
              <w:rPr>
                <w:b/>
                <w:sz w:val="20"/>
              </w:rPr>
              <w:t>Organisme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22A090" w14:textId="77777777" w:rsidR="00A0179C" w:rsidRDefault="003A38A4">
            <w:r>
              <w:rPr>
                <w:b/>
                <w:sz w:val="20"/>
              </w:rPr>
              <w:t>Coordonnées et informations sur les programmes</w:t>
            </w:r>
          </w:p>
        </w:tc>
      </w:tr>
      <w:tr w:rsidR="00A0179C" w14:paraId="05872CBF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EA96ED" w14:textId="77777777" w:rsidR="00A0179C" w:rsidRDefault="003A38A4">
            <w:pPr>
              <w:spacing w:after="40"/>
            </w:pPr>
            <w:r>
              <w:rPr>
                <w:sz w:val="20"/>
              </w:rPr>
              <w:t>City of Surrey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ACE500" w14:textId="77777777" w:rsidR="00A0179C" w:rsidRDefault="003A38A4">
            <w:pPr>
              <w:spacing w:after="40"/>
            </w:pPr>
            <w:r>
              <w:rPr>
                <w:sz w:val="20"/>
              </w:rPr>
              <w:t>Adresse : 13450 - 104 Avenue, Surrey, BC, V3T 1V8</w:t>
            </w:r>
          </w:p>
          <w:p w14:paraId="3EDA2836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604-598-5863</w:t>
            </w:r>
          </w:p>
          <w:p w14:paraId="52457928" w14:textId="77777777" w:rsidR="00A0179C" w:rsidRDefault="003A38A4">
            <w:pPr>
              <w:spacing w:after="40"/>
            </w:pPr>
            <w:r>
              <w:rPr>
                <w:sz w:val="20"/>
              </w:rPr>
              <w:t>Courriel : youth@surrey.ca</w:t>
            </w:r>
          </w:p>
          <w:p w14:paraId="4E45CFB1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673DA32C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https://www.surrey.ca/about-surrey/jobs-careers</w:t>
            </w:r>
          </w:p>
          <w:p w14:paraId="42A9C213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https://www.surrey.ca/about-surrey/volunteering</w:t>
            </w:r>
          </w:p>
        </w:tc>
      </w:tr>
      <w:tr w:rsidR="00A0179C" w14:paraId="05DC37EC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CC46B2" w14:textId="77777777" w:rsidR="00A0179C" w:rsidRDefault="003A38A4">
            <w:pPr>
              <w:spacing w:after="40"/>
            </w:pPr>
            <w:r>
              <w:rPr>
                <w:sz w:val="20"/>
              </w:rPr>
              <w:t>DIVERSEcity Community Resources Society (DCRS)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C0F40F" w14:textId="77777777" w:rsidR="00A0179C" w:rsidRDefault="003A38A4">
            <w:pPr>
              <w:spacing w:after="40"/>
            </w:pPr>
            <w:r>
              <w:rPr>
                <w:sz w:val="20"/>
              </w:rPr>
              <w:t>Adresse : 13455 76 Avenue, Surrey, BC, V3W 2W3</w:t>
            </w:r>
          </w:p>
          <w:p w14:paraId="555F8B4F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604-597-0205</w:t>
            </w:r>
          </w:p>
          <w:p w14:paraId="4D7047D1" w14:textId="77777777" w:rsidR="00A0179C" w:rsidRDefault="003A38A4">
            <w:pPr>
              <w:spacing w:after="40"/>
            </w:pPr>
            <w:r>
              <w:rPr>
                <w:sz w:val="20"/>
              </w:rPr>
              <w:t>Courriel : volunteer@dcrs.ca</w:t>
            </w:r>
          </w:p>
          <w:p w14:paraId="677FE8E7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3116C6CD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https://www.dcrs.ca/our-services/employment-programs/youth-employment-programs/</w:t>
            </w:r>
          </w:p>
          <w:p w14:paraId="51D57AFE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https://www.dcrs.ca/volunteer</w:t>
            </w:r>
          </w:p>
        </w:tc>
      </w:tr>
      <w:tr w:rsidR="00A0179C" w14:paraId="4D6E08E4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59FD72" w14:textId="77777777" w:rsidR="00A0179C" w:rsidRDefault="003A38A4">
            <w:pPr>
              <w:spacing w:after="40"/>
            </w:pPr>
            <w:r>
              <w:rPr>
                <w:sz w:val="20"/>
              </w:rPr>
              <w:t>MOSAIC (Multilingual Orientation Service Association for Immigrant Communities)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5CFEC4" w14:textId="77777777" w:rsidR="00A0179C" w:rsidRDefault="003A38A4">
            <w:pPr>
              <w:spacing w:after="40"/>
            </w:pPr>
            <w:r>
              <w:rPr>
                <w:sz w:val="20"/>
              </w:rPr>
              <w:t>Adresse : 7134 King George Blvd Suite 200, Surrey, BC, V3W 5A3</w:t>
            </w:r>
          </w:p>
          <w:p w14:paraId="31A684E3" w14:textId="77777777" w:rsidR="00A0179C" w:rsidRDefault="003A38A4">
            <w:pPr>
              <w:spacing w:after="40"/>
            </w:pPr>
            <w:r>
              <w:rPr>
                <w:sz w:val="20"/>
              </w:rPr>
              <w:t>Tél. : 778-591-9334</w:t>
            </w:r>
          </w:p>
          <w:p w14:paraId="5C44D094" w14:textId="77777777" w:rsidR="00A0179C" w:rsidRDefault="003A38A4">
            <w:pPr>
              <w:spacing w:after="40"/>
            </w:pPr>
            <w:r>
              <w:rPr>
                <w:sz w:val="20"/>
              </w:rPr>
              <w:t>Courriel : info@mosaicbc.org</w:t>
            </w:r>
          </w:p>
          <w:p w14:paraId="5702AEFB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1CFFBEA2" w14:textId="77777777" w:rsidR="00A0179C" w:rsidRDefault="003A38A4">
            <w:pPr>
              <w:spacing w:after="40"/>
            </w:pPr>
            <w:r>
              <w:rPr>
                <w:sz w:val="20"/>
              </w:rPr>
              <w:t>https://mosaicbc.org/our-program-types/employment-services</w:t>
            </w:r>
          </w:p>
          <w:p w14:paraId="1A411276" w14:textId="77777777" w:rsidR="00A0179C" w:rsidRDefault="003A38A4">
            <w:pPr>
              <w:spacing w:after="40"/>
            </w:pPr>
            <w:r>
              <w:rPr>
                <w:sz w:val="20"/>
              </w:rPr>
              <w:t>https://mosaicbc.org/volunteer</w:t>
            </w:r>
          </w:p>
        </w:tc>
      </w:tr>
      <w:tr w:rsidR="00A0179C" w14:paraId="7B11971C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57EC5F" w14:textId="77777777" w:rsidR="00A0179C" w:rsidRDefault="003A38A4">
            <w:pPr>
              <w:spacing w:after="40"/>
            </w:pPr>
            <w:r>
              <w:rPr>
                <w:sz w:val="20"/>
              </w:rPr>
              <w:t>OPTIONS Community Services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13AE4F" w14:textId="77777777" w:rsidR="00A0179C" w:rsidRDefault="003A38A4">
            <w:pPr>
              <w:spacing w:after="40"/>
            </w:pPr>
            <w:r>
              <w:rPr>
                <w:sz w:val="20"/>
              </w:rPr>
              <w:t>Adresse : 9815 - 140th Street, Surrey, BC, V3T 4M4</w:t>
            </w:r>
          </w:p>
          <w:p w14:paraId="0F12F694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604-584-5811</w:t>
            </w:r>
          </w:p>
          <w:p w14:paraId="658A3234" w14:textId="77777777" w:rsidR="00A0179C" w:rsidRDefault="003A38A4">
            <w:pPr>
              <w:spacing w:after="40"/>
            </w:pPr>
            <w:r>
              <w:rPr>
                <w:sz w:val="20"/>
              </w:rPr>
              <w:lastRenderedPageBreak/>
              <w:t>Courriel : volunteersupport@options.bc.ca</w:t>
            </w:r>
          </w:p>
          <w:p w14:paraId="01B4D5B4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11770195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https://www.options.bc.ca/careers</w:t>
            </w:r>
          </w:p>
          <w:p w14:paraId="1D846489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https://www.options.bc.ca/volunteer-at-options</w:t>
            </w:r>
          </w:p>
        </w:tc>
      </w:tr>
      <w:tr w:rsidR="00A0179C" w14:paraId="0499910C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DF07FA" w14:textId="77777777" w:rsidR="00A0179C" w:rsidRDefault="003A38A4">
            <w:pPr>
              <w:spacing w:after="40"/>
            </w:pPr>
            <w:r>
              <w:rPr>
                <w:sz w:val="20"/>
              </w:rPr>
              <w:lastRenderedPageBreak/>
              <w:t>Pacific Community Resources Society (PCRS)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41F6EF" w14:textId="77777777" w:rsidR="00A0179C" w:rsidRDefault="003A38A4">
            <w:pPr>
              <w:spacing w:after="40"/>
            </w:pPr>
            <w:r>
              <w:rPr>
                <w:sz w:val="20"/>
              </w:rPr>
              <w:t>Adresses :</w:t>
            </w:r>
          </w:p>
          <w:p w14:paraId="54AB0511" w14:textId="77777777" w:rsidR="00A0179C" w:rsidRDefault="003A38A4">
            <w:pPr>
              <w:spacing w:after="40"/>
            </w:pPr>
            <w:r>
              <w:rPr>
                <w:sz w:val="20"/>
              </w:rPr>
              <w:t>City Center Youth HUB — 10453 Whalley BLVD, Surrey, BC, V3T 5B1</w:t>
            </w:r>
          </w:p>
          <w:p w14:paraId="3FEE39A3" w14:textId="77777777" w:rsidR="00A0179C" w:rsidRDefault="003A38A4">
            <w:pPr>
              <w:spacing w:after="40"/>
            </w:pPr>
            <w:r>
              <w:rPr>
                <w:sz w:val="20"/>
              </w:rPr>
              <w:t>Newton Youth HUB — 114-13479 76 Ave, Surrey, BC, V3W 2W3</w:t>
            </w:r>
          </w:p>
          <w:p w14:paraId="3126019A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604-951-4821</w:t>
            </w:r>
          </w:p>
          <w:p w14:paraId="1A182D31" w14:textId="77777777" w:rsidR="00A0179C" w:rsidRDefault="003A38A4">
            <w:pPr>
              <w:spacing w:after="40"/>
            </w:pPr>
            <w:r>
              <w:rPr>
                <w:sz w:val="20"/>
              </w:rPr>
              <w:t>Courriel : info@pcrs.ca</w:t>
            </w:r>
          </w:p>
          <w:p w14:paraId="2C8A65C7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546F46E1" w14:textId="77777777" w:rsidR="00A0179C" w:rsidRDefault="003A38A4">
            <w:pPr>
              <w:spacing w:after="40"/>
            </w:pPr>
            <w:r>
              <w:rPr>
                <w:sz w:val="20"/>
              </w:rPr>
              <w:t>https://pcrs.ca/our-programs/reach-program-recreation-engagement-action-connection-hub</w:t>
            </w:r>
          </w:p>
          <w:p w14:paraId="4BFEF96F" w14:textId="77777777" w:rsidR="00A0179C" w:rsidRDefault="003A38A4">
            <w:pPr>
              <w:spacing w:after="40"/>
            </w:pPr>
            <w:r>
              <w:rPr>
                <w:sz w:val="20"/>
              </w:rPr>
              <w:t>https://pcrs.ca/employment-services</w:t>
            </w:r>
          </w:p>
          <w:p w14:paraId="0FB3ED0C" w14:textId="77777777" w:rsidR="00A0179C" w:rsidRDefault="003A38A4">
            <w:pPr>
              <w:spacing w:after="40"/>
            </w:pPr>
            <w:r>
              <w:rPr>
                <w:sz w:val="20"/>
              </w:rPr>
              <w:t>https://pcrs.ca/volunteer</w:t>
            </w:r>
          </w:p>
        </w:tc>
      </w:tr>
      <w:tr w:rsidR="00A0179C" w14:paraId="1241180A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5E28DE" w14:textId="77777777" w:rsidR="00A0179C" w:rsidRDefault="003A38A4">
            <w:pPr>
              <w:spacing w:after="40"/>
            </w:pPr>
            <w:r>
              <w:rPr>
                <w:sz w:val="20"/>
              </w:rPr>
              <w:t>S.U.C.C.E.S.S. Social Service Agency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528645" w14:textId="77777777" w:rsidR="00A0179C" w:rsidRDefault="003A38A4">
            <w:pPr>
              <w:spacing w:after="40"/>
            </w:pPr>
            <w:r>
              <w:rPr>
                <w:sz w:val="20"/>
              </w:rPr>
              <w:t>Adresse : 100 - 15117 101 Avenue, Surrey, BC, V3R 8P7</w:t>
            </w:r>
          </w:p>
          <w:p w14:paraId="15F5D2B2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604-588-6869</w:t>
            </w:r>
          </w:p>
          <w:p w14:paraId="12A0B109" w14:textId="77777777" w:rsidR="00A0179C" w:rsidRDefault="003A38A4">
            <w:pPr>
              <w:spacing w:after="40"/>
            </w:pPr>
            <w:r>
              <w:rPr>
                <w:sz w:val="20"/>
              </w:rPr>
              <w:t>Courriel : isipsurrey@success.bc.ca</w:t>
            </w:r>
          </w:p>
          <w:p w14:paraId="39B46CDA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59C0C514" w14:textId="77777777" w:rsidR="00A0179C" w:rsidRDefault="003A38A4">
            <w:pPr>
              <w:spacing w:after="40"/>
            </w:pPr>
            <w:r>
              <w:rPr>
                <w:sz w:val="20"/>
              </w:rPr>
              <w:t>https://successbc.ca/service-categories/employment</w:t>
            </w:r>
          </w:p>
          <w:p w14:paraId="535580F5" w14:textId="77777777" w:rsidR="00A0179C" w:rsidRDefault="003A38A4">
            <w:pPr>
              <w:spacing w:after="40"/>
            </w:pPr>
            <w:r>
              <w:rPr>
                <w:sz w:val="20"/>
              </w:rPr>
              <w:t>https://successbc.ca/get-involved/volunteer</w:t>
            </w:r>
          </w:p>
        </w:tc>
      </w:tr>
      <w:tr w:rsidR="00A0179C" w14:paraId="175FCF90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43F3B9" w14:textId="77777777" w:rsidR="00A0179C" w:rsidRDefault="003A38A4">
            <w:pPr>
              <w:spacing w:after="40"/>
            </w:pPr>
            <w:r>
              <w:rPr>
                <w:sz w:val="20"/>
              </w:rPr>
              <w:t>Volunteer Connector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E9F3F8" w14:textId="77777777" w:rsidR="00A0179C" w:rsidRDefault="003A38A4">
            <w:pPr>
              <w:spacing w:after="40"/>
            </w:pPr>
            <w:r>
              <w:rPr>
                <w:sz w:val="20"/>
              </w:rPr>
              <w:t>Adresse postale : 802, 5920 Macleod Tr SW, Calgary, AB, T2H 0K2</w:t>
            </w:r>
          </w:p>
          <w:p w14:paraId="45416349" w14:textId="77777777" w:rsidR="00A0179C" w:rsidRDefault="003A38A4">
            <w:pPr>
              <w:spacing w:after="40"/>
            </w:pPr>
            <w:r>
              <w:rPr>
                <w:sz w:val="20"/>
              </w:rPr>
              <w:t>Téléphone sans frais : +1-888-688-2161</w:t>
            </w:r>
          </w:p>
          <w:p w14:paraId="788ABA76" w14:textId="77777777" w:rsidR="00A0179C" w:rsidRDefault="003A38A4">
            <w:pPr>
              <w:spacing w:after="40"/>
            </w:pPr>
            <w:r>
              <w:rPr>
                <w:sz w:val="20"/>
              </w:rPr>
              <w:t>Courriel : info@volunteerconnector.org</w:t>
            </w:r>
          </w:p>
          <w:p w14:paraId="7D2043FD" w14:textId="77777777" w:rsidR="00A0179C" w:rsidRDefault="003A38A4">
            <w:pPr>
              <w:spacing w:after="40"/>
            </w:pPr>
            <w:r>
              <w:rPr>
                <w:sz w:val="20"/>
              </w:rPr>
              <w:t>Site Web :</w:t>
            </w:r>
          </w:p>
          <w:p w14:paraId="59DD3C51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https://www.volunteerconnector.org</w:t>
            </w:r>
          </w:p>
        </w:tc>
      </w:tr>
      <w:tr w:rsidR="00A0179C" w14:paraId="2A9D2D1A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AA7C83" w14:textId="77777777" w:rsidR="00A0179C" w:rsidRDefault="003A38A4">
            <w:pPr>
              <w:spacing w:after="40"/>
            </w:pPr>
            <w:r>
              <w:rPr>
                <w:sz w:val="20"/>
              </w:rPr>
              <w:t>Work BC Youth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778615" w14:textId="77777777" w:rsidR="00A0179C" w:rsidRDefault="003A38A4">
            <w:pPr>
              <w:spacing w:after="40"/>
            </w:pPr>
            <w:r>
              <w:rPr>
                <w:sz w:val="20"/>
              </w:rPr>
              <w:t>Tél. : 250-952-6914 — Télécopieur : 250-387-5329</w:t>
            </w:r>
          </w:p>
          <w:p w14:paraId="485F9AF6" w14:textId="77777777" w:rsidR="00A0179C" w:rsidRDefault="003A38A4">
            <w:pPr>
              <w:spacing w:after="40"/>
            </w:pPr>
            <w:r>
              <w:rPr>
                <w:sz w:val="20"/>
              </w:rPr>
              <w:t>Sans frais : 1-877-952-6914</w:t>
            </w:r>
          </w:p>
          <w:p w14:paraId="16C8A636" w14:textId="77777777" w:rsidR="00A0179C" w:rsidRDefault="003A38A4">
            <w:pPr>
              <w:spacing w:after="40"/>
            </w:pPr>
            <w:r>
              <w:rPr>
                <w:sz w:val="20"/>
              </w:rPr>
              <w:t>Site Web : https://www.workbc.ca/plan-career/resources/youth</w:t>
            </w:r>
          </w:p>
        </w:tc>
      </w:tr>
      <w:tr w:rsidR="00A0179C" w14:paraId="356D23D7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D7FCDC" w14:textId="77777777" w:rsidR="00A0179C" w:rsidRDefault="003A38A4">
            <w:pPr>
              <w:spacing w:after="40"/>
            </w:pPr>
            <w:r>
              <w:rPr>
                <w:sz w:val="20"/>
              </w:rPr>
              <w:t>YMCA BC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0C6985" w14:textId="77777777" w:rsidR="00A0179C" w:rsidRDefault="003A38A4">
            <w:pPr>
              <w:spacing w:after="40"/>
            </w:pPr>
            <w:r>
              <w:rPr>
                <w:sz w:val="20"/>
              </w:rPr>
              <w:t>Adresse : 10 - 620 Royal Ave, New Westminster, BC, V3M 1J2</w:t>
            </w:r>
          </w:p>
          <w:p w14:paraId="26391F36" w14:textId="77777777" w:rsidR="00A0179C" w:rsidRDefault="003A38A4">
            <w:pPr>
              <w:spacing w:after="40"/>
            </w:pPr>
            <w:r>
              <w:rPr>
                <w:sz w:val="20"/>
              </w:rPr>
              <w:t>Tél. : 604-939-9622</w:t>
            </w:r>
          </w:p>
          <w:p w14:paraId="786F12E3" w14:textId="77777777" w:rsidR="00A0179C" w:rsidRDefault="003A38A4">
            <w:pPr>
              <w:spacing w:after="40"/>
            </w:pPr>
            <w:r>
              <w:rPr>
                <w:sz w:val="20"/>
              </w:rPr>
              <w:t>Courriel : info@bc.ymca.ca OU volunteer@bc.ymca.ca</w:t>
            </w:r>
          </w:p>
          <w:p w14:paraId="5834781D" w14:textId="77777777" w:rsidR="00A0179C" w:rsidRDefault="003A38A4">
            <w:pPr>
              <w:spacing w:after="40"/>
            </w:pPr>
            <w:r>
              <w:rPr>
                <w:sz w:val="20"/>
              </w:rPr>
              <w:t>Sites Web :</w:t>
            </w:r>
          </w:p>
          <w:p w14:paraId="6FF0CEDE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https://www.gv.ymca.ca/youth-employment-services</w:t>
            </w:r>
          </w:p>
          <w:p w14:paraId="043D0ECB" w14:textId="77777777" w:rsidR="00A0179C" w:rsidRDefault="003A38A4">
            <w:pPr>
              <w:spacing w:after="40"/>
            </w:pPr>
            <w:r>
              <w:rPr>
                <w:sz w:val="20"/>
              </w:rPr>
              <w:t>https://www.gv.ymca.ca/volunteer</w:t>
            </w:r>
          </w:p>
        </w:tc>
      </w:tr>
    </w:tbl>
    <w:p w14:paraId="3704BB62" w14:textId="77777777" w:rsidR="00A0179C" w:rsidRDefault="00A0179C">
      <w:pPr>
        <w:spacing w:after="40"/>
      </w:pPr>
    </w:p>
    <w:p w14:paraId="4B9574FE" w14:textId="77777777" w:rsidR="00A0179C" w:rsidRDefault="003A38A4">
      <w:pPr>
        <w:spacing w:before="200" w:after="120"/>
      </w:pPr>
      <w:r>
        <w:rPr>
          <w:i/>
          <w:sz w:val="18"/>
        </w:rPr>
        <w:t xml:space="preserve">Ces informations sont fournies aux familles nouvellement arrivées et aux familles d'apprenants de l'anglais qui cherchent des services de soutien à l'établissement auprès du Surrey Schools Welcome Centre. Les informations contenues dans cette ressource ont été recueillies auprès de nombreuses sources et étaient à jour au moment de la publication. Cette ressource ne doit pas être considérée comme une liste exhaustive de </w:t>
      </w:r>
      <w:r>
        <w:rPr>
          <w:i/>
          <w:sz w:val="18"/>
        </w:rPr>
        <w:lastRenderedPageBreak/>
        <w:t>toutes les ressources et de tous les services offerts aux nouveaux arrivants. Pour des ressources supplémentaires et des informations à jour, veuillez consulter les sites Web pertinents ou vous référer aux informations sur le programme d'établissement du Canada et ses services ici : www.canada.ca/newcomerservices. SSWC — Bénévolat et emploi des jeunes — Révisé le 14 juillet 2025.</w:t>
      </w:r>
    </w:p>
    <w:sectPr w:rsidR="00A0179C" w:rsidSect="00034616">
      <w:footerReference w:type="default" r:id="rId10"/>
      <w:pgSz w:w="12240" w:h="15840"/>
      <w:pgMar w:top="720" w:right="864" w:bottom="864" w:left="864" w:header="720" w:footer="720" w:gutter="0"/>
      <w:pgBorders w:offsetFrom="page">
        <w:top w:val="single" w:sz="12" w:space="18" w:color="421C5E"/>
        <w:left w:val="single" w:sz="12" w:space="18" w:color="421C5E"/>
        <w:bottom w:val="single" w:sz="12" w:space="18" w:color="421C5E"/>
        <w:right w:val="single" w:sz="12" w:space="18" w:color="421C5E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CB9D7" w14:textId="77777777" w:rsidR="003A38A4" w:rsidRDefault="003A38A4">
      <w:pPr>
        <w:spacing w:after="0" w:line="240" w:lineRule="auto"/>
      </w:pPr>
      <w:r>
        <w:separator/>
      </w:r>
    </w:p>
  </w:endnote>
  <w:endnote w:type="continuationSeparator" w:id="0">
    <w:p w14:paraId="1685BEAD" w14:textId="77777777" w:rsidR="003A38A4" w:rsidRDefault="003A3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7DDC" w14:textId="77777777" w:rsidR="00A0179C" w:rsidRDefault="003A38A4">
    <w:pPr>
      <w:pStyle w:val="Footer"/>
      <w:tabs>
        <w:tab w:val="center" w:pos="5256"/>
        <w:tab w:val="right" w:pos="10512"/>
      </w:tabs>
    </w:pPr>
    <w:r>
      <w:rPr>
        <w:color w:val="421C5E"/>
        <w:sz w:val="18"/>
      </w:rPr>
      <w:tab/>
      <w:t>Surrey Schools Welcome Centre</w:t>
    </w:r>
    <w:r>
      <w:rPr>
        <w:color w:val="421C5E"/>
        <w:sz w:val="18"/>
      </w:rPr>
      <w:tab/>
    </w:r>
    <w:r>
      <w:rPr>
        <w:color w:val="421C5E"/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>PAGE</w:instrText>
    </w:r>
    <w:r w:rsidR="008600A9">
      <w:rPr>
        <w:sz w:val="18"/>
      </w:rPr>
      <w:fldChar w:fldCharType="separate"/>
    </w:r>
    <w:r w:rsidR="008600A9">
      <w:rPr>
        <w:noProof/>
        <w:sz w:val="18"/>
      </w:rPr>
      <w:t>1</w:t>
    </w:r>
    <w:r>
      <w:rPr>
        <w:sz w:val="18"/>
      </w:rPr>
      <w:fldChar w:fldCharType="end"/>
    </w:r>
    <w:r>
      <w:rPr>
        <w:color w:val="421C5E"/>
        <w:sz w:val="18"/>
      </w:rPr>
      <w:t xml:space="preserve"> | </w:t>
    </w:r>
    <w:r>
      <w:rPr>
        <w:sz w:val="18"/>
      </w:rPr>
      <w:fldChar w:fldCharType="begin"/>
    </w:r>
    <w:r>
      <w:rPr>
        <w:sz w:val="18"/>
      </w:rPr>
      <w:instrText>NUMPAGES</w:instrText>
    </w:r>
    <w:r w:rsidR="008600A9">
      <w:rPr>
        <w:sz w:val="18"/>
      </w:rPr>
      <w:fldChar w:fldCharType="separate"/>
    </w:r>
    <w:r w:rsidR="008600A9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FD7C1" w14:textId="77777777" w:rsidR="003A38A4" w:rsidRDefault="003A38A4">
      <w:pPr>
        <w:spacing w:after="0" w:line="240" w:lineRule="auto"/>
      </w:pPr>
      <w:r>
        <w:separator/>
      </w:r>
    </w:p>
  </w:footnote>
  <w:footnote w:type="continuationSeparator" w:id="0">
    <w:p w14:paraId="1D949AE3" w14:textId="77777777" w:rsidR="003A38A4" w:rsidRDefault="003A3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3753646">
    <w:abstractNumId w:val="8"/>
  </w:num>
  <w:num w:numId="2" w16cid:durableId="139002593">
    <w:abstractNumId w:val="6"/>
  </w:num>
  <w:num w:numId="3" w16cid:durableId="366834784">
    <w:abstractNumId w:val="5"/>
  </w:num>
  <w:num w:numId="4" w16cid:durableId="1532181919">
    <w:abstractNumId w:val="4"/>
  </w:num>
  <w:num w:numId="5" w16cid:durableId="576593972">
    <w:abstractNumId w:val="7"/>
  </w:num>
  <w:num w:numId="6" w16cid:durableId="262542059">
    <w:abstractNumId w:val="3"/>
  </w:num>
  <w:num w:numId="7" w16cid:durableId="507870862">
    <w:abstractNumId w:val="2"/>
  </w:num>
  <w:num w:numId="8" w16cid:durableId="1174877485">
    <w:abstractNumId w:val="1"/>
  </w:num>
  <w:num w:numId="9" w16cid:durableId="160445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38A4"/>
    <w:rsid w:val="008600A9"/>
    <w:rsid w:val="00A0179C"/>
    <w:rsid w:val="00AA1D8D"/>
    <w:rsid w:val="00B47730"/>
    <w:rsid w:val="00CB0664"/>
    <w:rsid w:val="00E671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627740"/>
  <w14:defaultImageDpi w14:val="300"/>
  <w15:docId w15:val="{FABCAFBF-BEDF-4C89-A649-3E74EBC1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Chintan Shah</cp:lastModifiedBy>
  <cp:revision>2</cp:revision>
  <dcterms:created xsi:type="dcterms:W3CDTF">2026-10-09T14:38:00Z</dcterms:created>
  <dcterms:modified xsi:type="dcterms:W3CDTF">2026-10-09T14:38:00Z</dcterms:modified>
  <cp:category/>
</cp:coreProperties>
</file>